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LETTERA DI DISDETTA POLIZZA RC AUTO</w:t>
      </w:r>
    </w:p>
    <w:p>
      <w:r>
        <w:rPr>
          <w:i/>
        </w:rPr>
        <w:t>Modello ai sensi dell'art. 170-bis del D.Lgs. 209/2005 (Codice delle Assicurazioni Private)</w:t>
      </w:r>
    </w:p>
    <w:p/>
    <w:p>
      <w:pPr>
        <w:jc w:val="right"/>
      </w:pPr>
      <w:r>
        <w:t>[Città], [data]</w:t>
      </w:r>
    </w:p>
    <w:p/>
    <w:p>
      <w:r>
        <w:rPr>
          <w:b w:val="0"/>
        </w:rPr>
        <w:t>[Nome e Cognome / Ragione sociale]</w:t>
        <w:br/>
        <w:t>[Indirizzo completo]</w:t>
        <w:br/>
        <w:t>[CAP, Città]</w:t>
        <w:br/>
        <w:t>[Codice fiscale / P.IVA]</w:t>
      </w:r>
    </w:p>
    <w:p/>
    <w:p>
      <w:r>
        <w:rPr>
          <w:b w:val="0"/>
        </w:rPr>
        <w:t>Spett.le</w:t>
        <w:br/>
      </w:r>
      <w:r>
        <w:rPr>
          <w:b/>
        </w:rPr>
        <w:t>[Nome compagnia assicurativa]</w:t>
        <w:br/>
      </w:r>
      <w:r>
        <w:t>[Indirizzo sede legale o dell'agenzia di riferimento]</w:t>
      </w:r>
    </w:p>
    <w:p/>
    <w:p>
      <w:r>
        <w:rPr>
          <w:b/>
        </w:rPr>
        <w:t>Oggetto: Disdetta polizza RC Auto n. [numero polizza] – scadenza [data scadenza]</w:t>
      </w:r>
    </w:p>
    <w:p/>
    <w:p>
      <w:r>
        <w:t>Con la presente, ai sensi dell'art. 170-bis del D.Lgs. 209/2005 (Codice delle Assicurazioni Private), comunico la mia volontà di non rinnovare il contratto di assicurazione RC Auto sopra indicato alla sua prossima scadenza del [data scadenza].</w:t>
      </w:r>
    </w:p>
    <w:p>
      <w:r>
        <w:t>Chiedo pertanto che la polizza non venga rinnovata tacitamente e che mi vengano restituite le targhe/contrassegni assicurativi secondo le modalità previste dalla normativa vigente.</w:t>
      </w:r>
    </w:p>
    <w:p>
      <w:r>
        <w:t>In attesa di cortese conferma, porgo distinti saluti.</w:t>
      </w:r>
    </w:p>
    <w:p/>
    <w:p>
      <w:r>
        <w:t>[Firma]</w:t>
        <w:br/>
        <w:t>[Nome e Cognome]</w:t>
      </w:r>
    </w:p>
    <w:p/>
    <w:p/>
    <w:p>
      <w:r>
        <w:rPr>
          <w:i/>
          <w:sz w:val="18"/>
        </w:rPr>
        <w:t>Nota: invia questa lettera tramite raccomandata A/R o PEC — l'email ordinaria non ha valore legale per la disdetta. Il termine minimo è di 15 giorni prima della scadenza della polizza (verifica il tuo contratto: alcune compagnie richiedono 30 o 60 giorni di preavviso). Modello fornito a titolo esemplificativo da thequestion.it — verifica sempre i dati specifici della tua polizza prima dell'invio.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