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i w:val="0"/>
        </w:rPr>
        <w:t>[Nome e Cognome]</w:t>
        <w:br/>
        <w:t>[Indirizzo completo]</w:t>
        <w:br/>
        <w:t>[Codice fiscale]</w:t>
        <w:br/>
        <w:t>[Telefono] · [Email o PEC]</w:t>
      </w:r>
    </w:p>
    <w:p>
      <w:pPr>
        <w:jc w:val="right"/>
      </w:pPr>
      <w:r>
        <w:rPr>
          <w:b w:val="0"/>
          <w:i w:val="0"/>
        </w:rPr>
        <w:t>Spett.le [Nome della banca / emittente della carta]</w:t>
        <w:br/>
        <w:t>[Ufficio Reclami o Servizio Clienti]</w:t>
        <w:br/>
        <w:t>[Indirizzo della sede o della filiale]</w:t>
        <w:br/>
        <w:t>PEC: [indirizzo PEC della banca]</w:t>
      </w:r>
    </w:p>
    <w:p>
      <w:pPr>
        <w:jc w:val="right"/>
      </w:pPr>
      <w:r>
        <w:rPr>
          <w:b w:val="0"/>
          <w:i w:val="0"/>
        </w:rPr>
        <w:t>[Città], [data]</w:t>
      </w:r>
    </w:p>
    <w:p>
      <w:r>
        <w:rPr>
          <w:b w:val="0"/>
          <w:i/>
        </w:rPr>
        <w:t>Inviata a mezzo [PEC / raccomandata A/R / canale indicato nel contratto]</w:t>
      </w:r>
    </w:p>
    <w:p>
      <w:r>
        <w:rPr>
          <w:b/>
          <w:i w:val="0"/>
        </w:rPr>
        <w:t>Oggetto: disconoscimento di operazioni di pagamento non autorizzate e richiesta di rimborso ai sensi degli artt. 9, 10, 11 e 12 del D.Lgs. 27 gennaio 2010, n. 11. Carta [di debito / di credito / prepagata] n. **** **** **** [ultime 4 cifre], collegata al conto [IBAN o numero di conto]</w:t>
      </w:r>
    </w:p>
    <w:p>
      <w:r>
        <w:rPr>
          <w:b w:val="0"/>
          <w:i w:val="0"/>
        </w:rPr>
        <w:t>Il/la sottoscritto/a [Nome e Cognome], titolare della carta e del conto indicati in oggetto, dichiara di NON aver autorizzato né disposto le seguenti operazioni di pagamento, delle quali è venuto/a a conoscenza il [data] alle ore [ora] tramite [notifica dell'app / SMS / estratto conto]:</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r>
              <w:t>Data e ora</w:t>
            </w:r>
          </w:p>
        </w:tc>
        <w:tc>
          <w:tcPr>
            <w:tcW w:type="dxa" w:w="2436"/>
          </w:tcPr>
          <w:p>
            <w:r>
              <w:t>Esercente / beneficiario</w:t>
            </w:r>
          </w:p>
        </w:tc>
        <w:tc>
          <w:tcPr>
            <w:tcW w:type="dxa" w:w="2436"/>
          </w:tcPr>
          <w:p>
            <w:r>
              <w:t>Tipo (online, POS, prelievo)</w:t>
            </w:r>
          </w:p>
        </w:tc>
        <w:tc>
          <w:tcPr>
            <w:tcW w:type="dxa" w:w="2436"/>
          </w:tcPr>
          <w:p>
            <w:r>
              <w:t>Importo (€)</w:t>
            </w:r>
          </w:p>
        </w:tc>
      </w:tr>
      <w:tr>
        <w:tc>
          <w:tcPr>
            <w:tcW w:type="dxa" w:w="2436"/>
          </w:tcPr>
          <w:p>
            <w:r>
              <w:t>[...]</w:t>
            </w:r>
          </w:p>
        </w:tc>
        <w:tc>
          <w:tcPr>
            <w:tcW w:type="dxa" w:w="2436"/>
          </w:tcPr>
          <w:p>
            <w:r>
              <w:t>[...]</w:t>
            </w:r>
          </w:p>
        </w:tc>
        <w:tc>
          <w:tcPr>
            <w:tcW w:type="dxa" w:w="2436"/>
          </w:tcPr>
          <w:p>
            <w:r>
              <w:t>[...]</w:t>
            </w:r>
          </w:p>
        </w:tc>
        <w:tc>
          <w:tcPr>
            <w:tcW w:type="dxa" w:w="2436"/>
          </w:tcPr>
          <w:p>
            <w:r>
              <w:t>[...]</w:t>
            </w:r>
          </w:p>
        </w:tc>
      </w:tr>
      <w:tr>
        <w:tc>
          <w:tcPr>
            <w:tcW w:type="dxa" w:w="2436"/>
          </w:tcPr>
          <w:p>
            <w:r>
              <w:t>[...]</w:t>
            </w:r>
          </w:p>
        </w:tc>
        <w:tc>
          <w:tcPr>
            <w:tcW w:type="dxa" w:w="2436"/>
          </w:tcPr>
          <w:p>
            <w:r>
              <w:t>[...]</w:t>
            </w:r>
          </w:p>
        </w:tc>
        <w:tc>
          <w:tcPr>
            <w:tcW w:type="dxa" w:w="2436"/>
          </w:tcPr>
          <w:p>
            <w:r>
              <w:t>[...]</w:t>
            </w:r>
          </w:p>
        </w:tc>
        <w:tc>
          <w:tcPr>
            <w:tcW w:type="dxa" w:w="2436"/>
          </w:tcPr>
          <w:p>
            <w:r>
              <w:t>[...]</w:t>
            </w:r>
          </w:p>
        </w:tc>
      </w:tr>
      <w:tr>
        <w:tc>
          <w:tcPr>
            <w:tcW w:type="dxa" w:w="2436"/>
          </w:tcPr>
          <w:p>
            <w:r>
              <w:t>[...]</w:t>
            </w:r>
          </w:p>
        </w:tc>
        <w:tc>
          <w:tcPr>
            <w:tcW w:type="dxa" w:w="2436"/>
          </w:tcPr>
          <w:p>
            <w:r>
              <w:t>[...]</w:t>
            </w:r>
          </w:p>
        </w:tc>
        <w:tc>
          <w:tcPr>
            <w:tcW w:type="dxa" w:w="2436"/>
          </w:tcPr>
          <w:p>
            <w:r>
              <w:t>[...]</w:t>
            </w:r>
          </w:p>
        </w:tc>
        <w:tc>
          <w:tcPr>
            <w:tcW w:type="dxa" w:w="2436"/>
          </w:tcPr>
          <w:p>
            <w:r>
              <w:t>[...]</w:t>
            </w:r>
          </w:p>
        </w:tc>
      </w:tr>
      <w:tr>
        <w:tc>
          <w:tcPr>
            <w:tcW w:type="dxa" w:w="2436"/>
          </w:tcPr>
          <w:p>
            <w:r>
              <w:t>[...]</w:t>
            </w:r>
          </w:p>
        </w:tc>
        <w:tc>
          <w:tcPr>
            <w:tcW w:type="dxa" w:w="2436"/>
          </w:tcPr>
          <w:p>
            <w:r>
              <w:t>[...]</w:t>
            </w:r>
          </w:p>
        </w:tc>
        <w:tc>
          <w:tcPr>
            <w:tcW w:type="dxa" w:w="2436"/>
          </w:tcPr>
          <w:p>
            <w:r>
              <w:t>[...]</w:t>
            </w:r>
          </w:p>
        </w:tc>
        <w:tc>
          <w:tcPr>
            <w:tcW w:type="dxa" w:w="2436"/>
          </w:tcPr>
          <w:p>
            <w:r>
              <w:t>[...]</w:t>
            </w:r>
          </w:p>
        </w:tc>
      </w:tr>
    </w:tbl>
    <w:p>
      <w:r>
        <w:rPr>
          <w:b/>
          <w:i w:val="0"/>
        </w:rPr>
        <w:t>Importo complessivo disconosciuto: euro [totale].</w:t>
      </w:r>
    </w:p>
    <w:p>
      <w:r>
        <w:rPr>
          <w:b w:val="0"/>
          <w:i w:val="0"/>
        </w:rPr>
        <w:t>Il/la sottoscritto/a dichiara inoltre che:</w:t>
      </w:r>
    </w:p>
    <w:p>
      <w:pPr>
        <w:pStyle w:val="ListBullet"/>
      </w:pPr>
      <w:r>
        <w:t>la carta [è sempre rimasta in suo possesso / è stata smarrita o sottratta il (data), circostanza di cui si è accorto/a il (data)];</w:t>
      </w:r>
    </w:p>
    <w:p>
      <w:pPr>
        <w:pStyle w:val="ListBullet"/>
      </w:pPr>
      <w:r>
        <w:t>non ha comunicato a terzi il PIN, le credenziali di accesso, i codici OTP o altri codici di sicurezza [oppure: descrivere con precisione cosa è accaduto, per esempio telefonata o SMS ricevuti, numero chiamante, orario];</w:t>
      </w:r>
    </w:p>
    <w:p>
      <w:pPr>
        <w:pStyle w:val="ListBullet"/>
      </w:pPr>
      <w:r>
        <w:t>ha chiesto il blocco della carta il [data] alle ore [ora] tramite [numero verde / app / filiale], ottenendo il codice di blocco n. [codice], e ne chiede conferma scritta ai sensi dell'art. 8, comma 1, lettera c), del D.Lgs. 11/2010.</w:t>
      </w:r>
    </w:p>
    <w:p>
      <w:r>
        <w:rPr>
          <w:b w:val="0"/>
          <w:i w:val="0"/>
        </w:rPr>
        <w:t>Ricorda che, ai sensi dell'art. 10, comma 2, del D.Lgs. 11/2010, l'utilizzo dello strumento di pagamento registrato dalla banca non è di per sé sufficiente a dimostrare che le operazioni siano state autorizzate, né che il titolare abbia agito con dolo o colpa grave, e che la relativa prova spetta al prestatore di servizi di pagamento.</w:t>
      </w:r>
    </w:p>
    <w:p>
      <w:r>
        <w:rPr>
          <w:b w:val="0"/>
          <w:i w:val="0"/>
        </w:rPr>
        <w:t>Per questi motivi CHIEDE:</w:t>
      </w:r>
    </w:p>
    <w:p>
      <w:pPr>
        <w:pStyle w:val="ListNumber"/>
      </w:pPr>
      <w:r>
        <w:t>il rimborso dell'importo di euro [totale] immediatamente e comunque entro la fine della giornata operativa successiva al ricevimento della presente, con il ripristino del conto nello stato in cui si sarebbe trovato se le operazioni non avessero avuto luogo e con data valuta non successiva a quella dell'addebito (art. 11, comma 1, D.Lgs. 11/2010);</w:t>
      </w:r>
    </w:p>
    <w:p>
      <w:pPr>
        <w:pStyle w:val="ListNumber"/>
      </w:pPr>
      <w:r>
        <w:t>copia della documentazione relativa all'autenticazione, alla registrazione e alla contabilizzazione delle operazioni contestate (art. 10, comma 1);</w:t>
      </w:r>
    </w:p>
    <w:p>
      <w:pPr>
        <w:pStyle w:val="ListNumber"/>
      </w:pPr>
      <w:r>
        <w:t>lo storno di eventuali commissioni, interessi o spese conseguenti alle operazioni contestate.</w:t>
      </w:r>
    </w:p>
    <w:p>
      <w:r>
        <w:rPr>
          <w:b w:val="0"/>
          <w:i w:val="0"/>
        </w:rPr>
        <w:t>La presente vale anche come reclamo. In mancanza di riscontro entro 15 giornate lavorative, o in caso di risposta non soddisfacente, il/la sottoscritto/a si riserva di presentare ricorso all'Arbitro Bancario Finanziario ed esposto alla Banca d'Italia.</w:t>
      </w:r>
    </w:p>
    <w:p>
      <w:r>
        <w:rPr>
          <w:b w:val="0"/>
          <w:i w:val="0"/>
        </w:rPr>
        <w:t>Allegati: copia del documento di identità; estratto conto o lista movimenti con le operazioni evidenziate; [eventuale copia della denuncia, se presentata]; [screenshot di SMS, email, registro chiamate].</w:t>
      </w:r>
    </w:p>
    <w:p>
      <w:r>
        <w:rPr>
          <w:b w:val="0"/>
          <w:i w:val="0"/>
        </w:rPr>
        <w:t>Distinti saluti.</w:t>
      </w:r>
    </w:p>
    <w:p>
      <w:pPr>
        <w:jc w:val="right"/>
      </w:pPr>
      <w:r>
        <w:rPr>
          <w:b w:val="0"/>
          <w:i w:val="0"/>
        </w:rPr>
        <w:t>[Firma]</w:t>
        <w:br/>
        <w:t>[Nome e Cognome]</w:t>
      </w:r>
    </w:p>
    <w:p>
      <w:r>
        <w:rPr>
          <w:b w:val="0"/>
          <w:i/>
        </w:rPr>
        <w:t>Modello fornito da thequestion.it a titolo esemplificativo. Verifica che sia adatto alla tua situazione e adatta le parti tra parentesi quadre.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